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8B602" w14:textId="77777777" w:rsidR="0081570B" w:rsidRPr="003D4254" w:rsidRDefault="0081570B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640B32F5" w14:textId="77777777" w:rsidR="0081570B" w:rsidRPr="003D4254" w:rsidRDefault="0081570B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1CAED5BF" w14:textId="77777777" w:rsidR="0081570B" w:rsidRPr="003D4254" w:rsidRDefault="0081570B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7A4AB3B6" w14:textId="77777777" w:rsidR="0081570B" w:rsidRPr="003D4254" w:rsidRDefault="0081570B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1EDD3738" w14:textId="77777777" w:rsidR="0081570B" w:rsidRDefault="0081570B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279C1A9D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2AB5C683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1A8D6263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3D043ECA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66E9A884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2CF2C7B1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78E38ED0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4CEAC6A2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65D32578" w14:textId="77777777" w:rsidR="00867D86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705146A8" w14:textId="77777777" w:rsidR="00867D86" w:rsidRPr="003D4254" w:rsidRDefault="00867D86" w:rsidP="003D4254">
      <w:pPr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u w:val="single"/>
          <w:lang w:val="en-GB"/>
          <w14:ligatures w14:val="standardContextual"/>
        </w:rPr>
      </w:pPr>
    </w:p>
    <w:p w14:paraId="7910819B" w14:textId="77777777" w:rsidR="000A5FBA" w:rsidRPr="003D4254" w:rsidRDefault="0020065C" w:rsidP="003D4254">
      <w:pPr>
        <w:jc w:val="center"/>
        <w:rPr>
          <w:rFonts w:ascii="Times New Roman" w:eastAsiaTheme="minorHAnsi" w:hAnsi="Times New Roman" w:cs="Times New Roman"/>
          <w:b/>
          <w:kern w:val="2"/>
          <w:sz w:val="28"/>
          <w:szCs w:val="24"/>
          <w:u w:val="single"/>
          <w:lang w:val="en-GB"/>
          <w14:ligatures w14:val="standardContextual"/>
        </w:rPr>
      </w:pPr>
      <w:r w:rsidRPr="003D4254">
        <w:rPr>
          <w:rFonts w:ascii="Times New Roman" w:eastAsiaTheme="minorHAnsi" w:hAnsi="Times New Roman" w:cs="Times New Roman"/>
          <w:b/>
          <w:kern w:val="2"/>
          <w:sz w:val="28"/>
          <w:szCs w:val="24"/>
          <w:u w:val="single"/>
          <w:lang w:val="en-GB"/>
          <w14:ligatures w14:val="standardContextual"/>
        </w:rPr>
        <w:t>AFFIDAVIT</w:t>
      </w:r>
    </w:p>
    <w:p w14:paraId="09490AC7" w14:textId="77777777" w:rsidR="000A5FBA" w:rsidRPr="003D4254" w:rsidRDefault="000A5FBA" w:rsidP="003D4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2F2452" w14:textId="7EDFAD39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 xml:space="preserve">I, </w:t>
      </w:r>
      <w:r w:rsidR="004F0291">
        <w:rPr>
          <w:rFonts w:ascii="Times New Roman" w:hAnsi="Times New Roman" w:cs="Times New Roman"/>
          <w:b/>
          <w:sz w:val="24"/>
          <w:szCs w:val="24"/>
        </w:rPr>
        <w:t>{NAME}</w:t>
      </w:r>
      <w:r w:rsidRPr="003D4254">
        <w:rPr>
          <w:rFonts w:ascii="Times New Roman" w:hAnsi="Times New Roman" w:cs="Times New Roman"/>
          <w:sz w:val="24"/>
          <w:szCs w:val="24"/>
        </w:rPr>
        <w:t xml:space="preserve"> son of </w:t>
      </w:r>
      <w:r w:rsidR="004F0291" w:rsidRPr="004F0291">
        <w:rPr>
          <w:rFonts w:ascii="Times New Roman" w:hAnsi="Times New Roman" w:cs="Times New Roman"/>
          <w:b/>
          <w:bCs/>
          <w:sz w:val="24"/>
          <w:szCs w:val="24"/>
        </w:rPr>
        <w:t>{FATHER_NAME}</w:t>
      </w:r>
      <w:r w:rsidR="0081570B" w:rsidRP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 xml:space="preserve">aged about </w:t>
      </w:r>
      <w:r w:rsidR="004F0291" w:rsidRPr="004F0291">
        <w:rPr>
          <w:rFonts w:ascii="Times New Roman" w:hAnsi="Times New Roman" w:cs="Times New Roman"/>
          <w:b/>
          <w:bCs/>
          <w:sz w:val="24"/>
          <w:szCs w:val="24"/>
        </w:rPr>
        <w:t>{AGE}</w:t>
      </w:r>
      <w:r w:rsidRPr="003D4254">
        <w:rPr>
          <w:rFonts w:ascii="Times New Roman" w:hAnsi="Times New Roman" w:cs="Times New Roman"/>
          <w:sz w:val="24"/>
          <w:szCs w:val="24"/>
        </w:rPr>
        <w:t xml:space="preserve"> years residing at </w:t>
      </w:r>
      <w:r w:rsidR="004F0291" w:rsidRPr="004F0291">
        <w:rPr>
          <w:rFonts w:ascii="Times New Roman" w:hAnsi="Times New Roman" w:cs="Times New Roman"/>
          <w:b/>
          <w:bCs/>
          <w:sz w:val="24"/>
          <w:szCs w:val="24"/>
        </w:rPr>
        <w:t>{ADDRESS}</w:t>
      </w:r>
      <w:r w:rsidR="00C34441">
        <w:rPr>
          <w:rFonts w:ascii="Times New Roman" w:hAnsi="Times New Roman" w:cs="Times New Roman"/>
          <w:sz w:val="24"/>
          <w:szCs w:val="24"/>
        </w:rPr>
        <w:t>,</w:t>
      </w:r>
      <w:r w:rsidRPr="003D4254">
        <w:rPr>
          <w:rFonts w:ascii="Times New Roman" w:hAnsi="Times New Roman" w:cs="Times New Roman"/>
          <w:sz w:val="24"/>
          <w:szCs w:val="24"/>
        </w:rPr>
        <w:t xml:space="preserve"> do hereby solemnly affirm and state on oath as follows:</w:t>
      </w:r>
    </w:p>
    <w:p w14:paraId="7591482F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1. I state that, I have applied for grant of certificate as an agent and I have paid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requisite fee of Rs. 25,000/- since I am doing the agency independently. I have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received a notice from this office stating that as per my e-mail id my style of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business is treated as other than an individual.</w:t>
      </w:r>
    </w:p>
    <w:p w14:paraId="618B3094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2. In this regard I state on oath that I am doing the agency individually and I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have given the e-mail address as above only for my convenience. I submit on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oath that my style e-mail Id and request not to consider that my style business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is other than individual.</w:t>
      </w:r>
    </w:p>
    <w:p w14:paraId="33D38132" w14:textId="64CDE3B8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 xml:space="preserve">3. I never done the business as other than individual. I swear </w:t>
      </w:r>
      <w:proofErr w:type="spellStart"/>
      <w:r w:rsidRPr="003D425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D4254">
        <w:rPr>
          <w:rFonts w:ascii="Times New Roman" w:hAnsi="Times New Roman" w:cs="Times New Roman"/>
          <w:sz w:val="24"/>
          <w:szCs w:val="24"/>
        </w:rPr>
        <w:t xml:space="preserve"> oath that my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 xml:space="preserve">name and </w:t>
      </w:r>
      <w:proofErr w:type="gramStart"/>
      <w:r w:rsidRPr="003D4254">
        <w:rPr>
          <w:rFonts w:ascii="Times New Roman" w:hAnsi="Times New Roman" w:cs="Times New Roman"/>
          <w:sz w:val="24"/>
          <w:szCs w:val="24"/>
        </w:rPr>
        <w:t>my status</w:t>
      </w:r>
      <w:proofErr w:type="gramEnd"/>
      <w:r w:rsidRPr="003D4254">
        <w:rPr>
          <w:rFonts w:ascii="Times New Roman" w:hAnsi="Times New Roman" w:cs="Times New Roman"/>
          <w:sz w:val="24"/>
          <w:szCs w:val="24"/>
        </w:rPr>
        <w:t xml:space="preserve"> in the pan card </w:t>
      </w:r>
      <w:proofErr w:type="gramStart"/>
      <w:r w:rsidRPr="003D4254">
        <w:rPr>
          <w:rFonts w:ascii="Times New Roman" w:hAnsi="Times New Roman" w:cs="Times New Roman"/>
          <w:sz w:val="24"/>
          <w:szCs w:val="24"/>
        </w:rPr>
        <w:t>is as</w:t>
      </w:r>
      <w:proofErr w:type="gramEnd"/>
      <w:r w:rsidR="0081570B" w:rsidRPr="003D4254">
        <w:rPr>
          <w:rFonts w:ascii="Times New Roman" w:hAnsi="Times New Roman" w:cs="Times New Roman"/>
          <w:sz w:val="24"/>
          <w:szCs w:val="24"/>
        </w:rPr>
        <w:t xml:space="preserve"> </w:t>
      </w:r>
      <w:r w:rsidR="004F0291">
        <w:rPr>
          <w:rFonts w:ascii="Times New Roman" w:hAnsi="Times New Roman" w:cs="Times New Roman"/>
          <w:b/>
          <w:sz w:val="24"/>
          <w:szCs w:val="24"/>
        </w:rPr>
        <w:t>{PANCARD}</w:t>
      </w:r>
      <w:r w:rsidR="0081570B" w:rsidRPr="003D42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and it shows my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 xml:space="preserve">style of business as individual. </w:t>
      </w:r>
      <w:r w:rsidRPr="003D4254">
        <w:rPr>
          <w:rFonts w:ascii="Times New Roman" w:hAnsi="Times New Roman" w:cs="Times New Roman"/>
          <w:sz w:val="24"/>
          <w:szCs w:val="24"/>
        </w:rPr>
        <w:lastRenderedPageBreak/>
        <w:t>Therefore, I submit that I have proved that my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style of business is individual but not other than individual which is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supported from the official document like pan card.</w:t>
      </w:r>
    </w:p>
    <w:p w14:paraId="5410366D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4. I further submit that I will be held responsible in case it is proved before this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Authority that my style of business as other than an individual. I undertake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whole responsibility is on my own and liable for punishment as per Section</w:t>
      </w:r>
      <w:r w:rsidR="003D4254">
        <w:rPr>
          <w:rFonts w:ascii="Times New Roman" w:hAnsi="Times New Roman" w:cs="Times New Roman"/>
          <w:sz w:val="24"/>
          <w:szCs w:val="24"/>
        </w:rPr>
        <w:t xml:space="preserve"> </w:t>
      </w:r>
      <w:r w:rsidRPr="003D4254">
        <w:rPr>
          <w:rFonts w:ascii="Times New Roman" w:hAnsi="Times New Roman" w:cs="Times New Roman"/>
          <w:sz w:val="24"/>
          <w:szCs w:val="24"/>
        </w:rPr>
        <w:t>62 of the RERA act.</w:t>
      </w:r>
    </w:p>
    <w:p w14:paraId="0D04D695" w14:textId="77777777" w:rsidR="000A5FBA" w:rsidRPr="003D4254" w:rsidRDefault="000A5FBA" w:rsidP="003D4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A8C396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I do hereby state and verify that the contents of this Affidavit are true and correct to</w:t>
      </w:r>
    </w:p>
    <w:p w14:paraId="1E640079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the best of my knowledge, information and belief, no part of it is false and nothing</w:t>
      </w:r>
    </w:p>
    <w:p w14:paraId="7D72F786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material has been concealed there from.</w:t>
      </w:r>
    </w:p>
    <w:p w14:paraId="3E8EBA27" w14:textId="77777777" w:rsidR="000A5FBA" w:rsidRPr="003D4254" w:rsidRDefault="000A5FBA" w:rsidP="003D4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8485B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Bengaluru</w:t>
      </w:r>
    </w:p>
    <w:p w14:paraId="7B4C8AE5" w14:textId="77777777" w:rsidR="000A5FBA" w:rsidRPr="003D4254" w:rsidRDefault="000A5FBA" w:rsidP="003D4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796A1A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Dated: ______</w:t>
      </w:r>
    </w:p>
    <w:p w14:paraId="46E84B79" w14:textId="77777777" w:rsidR="000A5FBA" w:rsidRPr="003D4254" w:rsidRDefault="000A5FBA" w:rsidP="003D4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A44D9A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 xml:space="preserve">Identified by me:                           </w:t>
      </w:r>
      <w:r w:rsidR="003D4254">
        <w:rPr>
          <w:rFonts w:ascii="Times New Roman" w:hAnsi="Times New Roman" w:cs="Times New Roman"/>
          <w:sz w:val="24"/>
          <w:szCs w:val="24"/>
        </w:rPr>
        <w:tab/>
      </w:r>
      <w:r w:rsidR="003D4254">
        <w:rPr>
          <w:rFonts w:ascii="Times New Roman" w:hAnsi="Times New Roman" w:cs="Times New Roman"/>
          <w:sz w:val="24"/>
          <w:szCs w:val="24"/>
        </w:rPr>
        <w:tab/>
      </w:r>
      <w:r w:rsidR="003D4254">
        <w:rPr>
          <w:rFonts w:ascii="Times New Roman" w:hAnsi="Times New Roman" w:cs="Times New Roman"/>
          <w:sz w:val="24"/>
          <w:szCs w:val="24"/>
        </w:rPr>
        <w:tab/>
      </w:r>
      <w:r w:rsidR="003D4254">
        <w:rPr>
          <w:rFonts w:ascii="Times New Roman" w:hAnsi="Times New Roman" w:cs="Times New Roman"/>
          <w:sz w:val="24"/>
          <w:szCs w:val="24"/>
        </w:rPr>
        <w:tab/>
      </w:r>
      <w:r w:rsidRPr="003D4254">
        <w:rPr>
          <w:rFonts w:ascii="Times New Roman" w:hAnsi="Times New Roman" w:cs="Times New Roman"/>
          <w:sz w:val="24"/>
          <w:szCs w:val="24"/>
        </w:rPr>
        <w:t xml:space="preserve">    </w:t>
      </w:r>
      <w:r w:rsidRPr="004F0291">
        <w:rPr>
          <w:rFonts w:ascii="Times New Roman" w:hAnsi="Times New Roman" w:cs="Times New Roman"/>
          <w:bCs/>
          <w:sz w:val="24"/>
          <w:szCs w:val="24"/>
        </w:rPr>
        <w:t>DEPONENT</w:t>
      </w:r>
    </w:p>
    <w:p w14:paraId="3241F552" w14:textId="77777777" w:rsidR="000A5FBA" w:rsidRPr="003D4254" w:rsidRDefault="000A5FBA" w:rsidP="003D4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D259B" w14:textId="77777777" w:rsidR="000A5FBA" w:rsidRPr="003D4254" w:rsidRDefault="0020065C" w:rsidP="003D4254">
      <w:pPr>
        <w:jc w:val="both"/>
        <w:rPr>
          <w:rFonts w:ascii="Times New Roman" w:hAnsi="Times New Roman" w:cs="Times New Roman"/>
          <w:sz w:val="24"/>
          <w:szCs w:val="24"/>
        </w:rPr>
      </w:pPr>
      <w:r w:rsidRPr="003D4254">
        <w:rPr>
          <w:rFonts w:ascii="Times New Roman" w:hAnsi="Times New Roman" w:cs="Times New Roman"/>
          <w:sz w:val="24"/>
          <w:szCs w:val="24"/>
        </w:rPr>
        <w:t>Advocate</w:t>
      </w:r>
    </w:p>
    <w:p w14:paraId="2148647B" w14:textId="77777777" w:rsidR="000A5FBA" w:rsidRPr="003D4254" w:rsidRDefault="000A5FBA" w:rsidP="003D425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5FBA" w:rsidRPr="003D42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2872554">
    <w:abstractNumId w:val="8"/>
  </w:num>
  <w:num w:numId="2" w16cid:durableId="1401712922">
    <w:abstractNumId w:val="6"/>
  </w:num>
  <w:num w:numId="3" w16cid:durableId="1111702676">
    <w:abstractNumId w:val="5"/>
  </w:num>
  <w:num w:numId="4" w16cid:durableId="780800355">
    <w:abstractNumId w:val="4"/>
  </w:num>
  <w:num w:numId="5" w16cid:durableId="973608447">
    <w:abstractNumId w:val="7"/>
  </w:num>
  <w:num w:numId="6" w16cid:durableId="83383498">
    <w:abstractNumId w:val="3"/>
  </w:num>
  <w:num w:numId="7" w16cid:durableId="79067615">
    <w:abstractNumId w:val="2"/>
  </w:num>
  <w:num w:numId="8" w16cid:durableId="361322523">
    <w:abstractNumId w:val="1"/>
  </w:num>
  <w:num w:numId="9" w16cid:durableId="80007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FBA"/>
    <w:rsid w:val="0015074B"/>
    <w:rsid w:val="0020065C"/>
    <w:rsid w:val="00204CD0"/>
    <w:rsid w:val="0029639D"/>
    <w:rsid w:val="00326F90"/>
    <w:rsid w:val="00383950"/>
    <w:rsid w:val="003D4254"/>
    <w:rsid w:val="004B02AD"/>
    <w:rsid w:val="004F0291"/>
    <w:rsid w:val="0056413F"/>
    <w:rsid w:val="006A7982"/>
    <w:rsid w:val="00764196"/>
    <w:rsid w:val="007B07DF"/>
    <w:rsid w:val="007E7A00"/>
    <w:rsid w:val="0081570B"/>
    <w:rsid w:val="00837C42"/>
    <w:rsid w:val="00867D86"/>
    <w:rsid w:val="009E162B"/>
    <w:rsid w:val="00AA1D8D"/>
    <w:rsid w:val="00B47730"/>
    <w:rsid w:val="00C34441"/>
    <w:rsid w:val="00CB0664"/>
    <w:rsid w:val="00E94978"/>
    <w:rsid w:val="00F724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F5FB5"/>
  <w14:defaultImageDpi w14:val="300"/>
  <w15:docId w15:val="{460BBB8F-4CB9-4860-A0A3-172F5D83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58C66B-75F6-4F07-96B8-5A4AB264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Shailendra Mahida</cp:lastModifiedBy>
  <cp:revision>3</cp:revision>
  <dcterms:created xsi:type="dcterms:W3CDTF">2026-07-05T05:12:00Z</dcterms:created>
  <dcterms:modified xsi:type="dcterms:W3CDTF">2026-07-11T09:55:00Z</dcterms:modified>
  <cp:category/>
</cp:coreProperties>
</file>